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23763" w14:textId="72ABF2B7" w:rsidR="00F24D77" w:rsidRPr="00267AE7" w:rsidRDefault="00FE23EA" w:rsidP="00267AE7">
      <w:pPr>
        <w:pStyle w:val="aa"/>
        <w:snapToGrid w:val="0"/>
        <w:jc w:val="center"/>
        <w:rPr>
          <w:rFonts w:ascii="微軟正黑體" w:eastAsia="微軟正黑體" w:hAnsi="微軟正黑體" w:hint="eastAsia"/>
          <w:color w:val="000000" w:themeColor="text1"/>
          <w:lang w:eastAsia="zh-TW"/>
        </w:rPr>
      </w:pPr>
      <w:r w:rsidRPr="00267AE7">
        <w:rPr>
          <w:rFonts w:ascii="微軟正黑體" w:eastAsia="微軟正黑體" w:hAnsi="微軟正黑體"/>
          <w:color w:val="000000" w:themeColor="text1"/>
          <w:lang w:eastAsia="zh-TW"/>
        </w:rPr>
        <w:t>小橘子動物園探索任務單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第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1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張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 xml:space="preserve">  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出發準備與路線挑戰</w:t>
      </w:r>
    </w:p>
    <w:p w14:paraId="38A9E382" w14:textId="107D26FE" w:rsidR="00F24D77" w:rsidRPr="008606D6" w:rsidRDefault="00FE23EA" w:rsidP="00267AE7">
      <w:pPr>
        <w:snapToGrid w:val="0"/>
        <w:jc w:val="center"/>
        <w:rPr>
          <w:rFonts w:ascii="微軟正黑體" w:eastAsia="微軟正黑體" w:hAnsi="微軟正黑體"/>
          <w:b/>
          <w:bCs/>
          <w:sz w:val="22"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303</w:t>
      </w:r>
      <w:r w:rsidRPr="00267AE7">
        <w:rPr>
          <w:rFonts w:ascii="微軟正黑體" w:eastAsia="微軟正黑體" w:hAnsi="微軟正黑體"/>
          <w:b/>
          <w:bCs/>
          <w:lang w:eastAsia="zh-TW"/>
        </w:rPr>
        <w:t>班　座號：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　姓名：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>活動日期：</w:t>
      </w:r>
      <w:r w:rsidRPr="008606D6">
        <w:rPr>
          <w:rFonts w:ascii="微軟正黑體" w:eastAsia="微軟正黑體" w:hAnsi="微軟正黑體"/>
          <w:b/>
          <w:bCs/>
          <w:sz w:val="22"/>
          <w:lang w:eastAsia="zh-TW"/>
        </w:rPr>
        <w:t>115</w:t>
      </w:r>
      <w:r w:rsidRPr="008606D6">
        <w:rPr>
          <w:rFonts w:ascii="微軟正黑體" w:eastAsia="微軟正黑體" w:hAnsi="微軟正黑體"/>
          <w:b/>
          <w:bCs/>
          <w:sz w:val="22"/>
          <w:lang w:eastAsia="zh-TW"/>
        </w:rPr>
        <w:t>年</w:t>
      </w:r>
      <w:r w:rsidRPr="008606D6">
        <w:rPr>
          <w:rFonts w:ascii="微軟正黑體" w:eastAsia="微軟正黑體" w:hAnsi="微軟正黑體"/>
          <w:b/>
          <w:bCs/>
          <w:sz w:val="22"/>
          <w:lang w:eastAsia="zh-TW"/>
        </w:rPr>
        <w:t>10</w:t>
      </w:r>
      <w:r w:rsidRPr="008606D6">
        <w:rPr>
          <w:rFonts w:ascii="微軟正黑體" w:eastAsia="微軟正黑體" w:hAnsi="微軟正黑體"/>
          <w:b/>
          <w:bCs/>
          <w:sz w:val="22"/>
          <w:lang w:eastAsia="zh-TW"/>
        </w:rPr>
        <w:t>月</w:t>
      </w:r>
      <w:r w:rsidRPr="008606D6">
        <w:rPr>
          <w:rFonts w:ascii="微軟正黑體" w:eastAsia="微軟正黑體" w:hAnsi="微軟正黑體"/>
          <w:b/>
          <w:bCs/>
          <w:sz w:val="22"/>
          <w:lang w:eastAsia="zh-TW"/>
        </w:rPr>
        <w:t>22</w:t>
      </w:r>
      <w:r w:rsidRPr="008606D6">
        <w:rPr>
          <w:rFonts w:ascii="微軟正黑體" w:eastAsia="微軟正黑體" w:hAnsi="微軟正黑體"/>
          <w:b/>
          <w:bCs/>
          <w:sz w:val="22"/>
          <w:lang w:eastAsia="zh-TW"/>
        </w:rPr>
        <w:t>日（星期四）</w:t>
      </w:r>
    </w:p>
    <w:p w14:paraId="6889B9EE" w14:textId="77777777" w:rsidR="00F24D77" w:rsidRDefault="00FE23EA">
      <w:pPr>
        <w:pStyle w:val="21"/>
        <w:snapToGrid w:val="0"/>
        <w:rPr>
          <w:lang w:eastAsia="zh-TW"/>
        </w:rPr>
      </w:pPr>
      <w:r>
        <w:rPr>
          <w:lang w:eastAsia="zh-TW"/>
        </w:rPr>
        <w:t>一</w:t>
      </w:r>
      <w:r>
        <w:rPr>
          <w:lang w:eastAsia="zh-TW"/>
        </w:rPr>
        <w:t xml:space="preserve">  </w:t>
      </w:r>
      <w:r>
        <w:rPr>
          <w:lang w:eastAsia="zh-TW"/>
        </w:rPr>
        <w:t>出發前我會自己檢查</w:t>
      </w:r>
    </w:p>
    <w:p w14:paraId="6087A6B3" w14:textId="4EC2910A" w:rsidR="00267AE7" w:rsidRDefault="00267AE7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7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：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40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到校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 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穿校服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   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帶校服外套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 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自備午餐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 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水壺</w:t>
      </w:r>
    </w:p>
    <w:p w14:paraId="682AAEDC" w14:textId="55F75A19" w:rsidR="00F24D77" w:rsidRPr="00267AE7" w:rsidRDefault="00267AE7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衛生紙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         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輕便雨衣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悠遊卡已加值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30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元以上</w:t>
      </w:r>
      <w:r>
        <w:rPr>
          <w:rFonts w:ascii="微軟正黑體" w:eastAsia="微軟正黑體" w:hAnsi="微軟正黑體" w:hint="eastAsia"/>
          <w:b/>
          <w:bCs/>
          <w:lang w:eastAsia="zh-TW"/>
        </w:rPr>
        <w:t xml:space="preserve">   </w:t>
      </w: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手錶（建議）</w:t>
      </w:r>
    </w:p>
    <w:p w14:paraId="4883286E" w14:textId="731A82E5" w:rsidR="00F24D77" w:rsidRPr="00267AE7" w:rsidRDefault="00267AE7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鉛筆、橡皮擦、螢光筆與任務單</w:t>
      </w:r>
    </w:p>
    <w:p w14:paraId="6AB2DD20" w14:textId="77777777" w:rsidR="00F24D77" w:rsidRDefault="00FE23EA">
      <w:pPr>
        <w:pStyle w:val="21"/>
        <w:snapToGrid w:val="0"/>
        <w:rPr>
          <w:lang w:eastAsia="zh-TW"/>
        </w:rPr>
      </w:pPr>
      <w:r>
        <w:rPr>
          <w:lang w:eastAsia="zh-TW"/>
        </w:rPr>
        <w:t>二</w:t>
      </w:r>
      <w:r>
        <w:rPr>
          <w:lang w:eastAsia="zh-TW"/>
        </w:rPr>
        <w:t xml:space="preserve">  </w:t>
      </w:r>
      <w:r>
        <w:rPr>
          <w:lang w:eastAsia="zh-TW"/>
        </w:rPr>
        <w:t>用螢光筆畫出參觀路線</w:t>
      </w:r>
    </w:p>
    <w:p w14:paraId="467E52D1" w14:textId="6D7351AF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依右側順序，沿步道畫線並加箭頭。</w:t>
      </w:r>
      <w:r w:rsidRPr="00267AE7">
        <w:rPr>
          <w:rFonts w:ascii="微軟正黑體" w:eastAsia="微軟正黑體" w:hAnsi="微軟正黑體"/>
          <w:b/>
          <w:bCs/>
          <w:lang w:eastAsia="zh-TW"/>
        </w:rPr>
        <w:t>搭車段畫</w:t>
      </w:r>
      <w:r w:rsidRPr="00267AE7">
        <w:rPr>
          <w:rFonts w:ascii="微軟正黑體" w:eastAsia="微軟正黑體" w:hAnsi="微軟正黑體"/>
          <w:b/>
          <w:bCs/>
          <w:lang w:eastAsia="zh-TW"/>
        </w:rPr>
        <w:t>線；午餐位置依老師指示標記。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F24D77" w14:paraId="293F2228" w14:textId="77777777">
        <w:tc>
          <w:tcPr>
            <w:tcW w:w="4847" w:type="dxa"/>
          </w:tcPr>
          <w:p w14:paraId="4EECA147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color w:val="000000" w:themeColor="text1"/>
                <w:lang w:eastAsia="zh-TW"/>
              </w:rPr>
              <w:t>我們的參觀順序</w:t>
            </w:r>
          </w:p>
          <w:p w14:paraId="66F3FE74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①臺灣動物區</w:t>
            </w:r>
          </w:p>
          <w:p w14:paraId="397583EE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↓步行至列車總站</w:t>
            </w:r>
          </w:p>
          <w:p w14:paraId="6C53087E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②列車總站上車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  <w:t xml:space="preserve">　往上到鳥園車站</w:t>
            </w:r>
          </w:p>
          <w:p w14:paraId="4879AB1B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↓步行</w:t>
            </w:r>
          </w:p>
          <w:p w14:paraId="7EA602D9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③企鵝館</w:t>
            </w:r>
          </w:p>
          <w:p w14:paraId="41C82915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④定點午餐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  <w:t xml:space="preserve">　午餐自備</w:t>
            </w:r>
          </w:p>
          <w:p w14:paraId="36DCD3FC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⑤溫帶動物區</w:t>
            </w:r>
          </w:p>
          <w:p w14:paraId="50BD3DB7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⑥非洲動物區</w:t>
            </w:r>
          </w:p>
          <w:p w14:paraId="06F58727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⑦兒童動物區</w:t>
            </w:r>
          </w:p>
          <w:p w14:paraId="144E8557" w14:textId="77777777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畫完再勾選</w:t>
            </w:r>
          </w:p>
          <w:p w14:paraId="235E077D" w14:textId="2AB72886" w:rsidR="00267AE7" w:rsidRPr="001535E6" w:rsidRDefault="00267AE7" w:rsidP="00267AE7">
            <w:pPr>
              <w:snapToGrid w:val="0"/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順序正確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搭車段畫虛線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加上前進箭頭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標記午餐位置</w:t>
            </w:r>
          </w:p>
          <w:p w14:paraId="773BE6C7" w14:textId="7BC50394" w:rsidR="00F24D77" w:rsidRPr="001535E6" w:rsidRDefault="00267AE7" w:rsidP="00267AE7">
            <w:pPr>
              <w:snapToGrid w:val="0"/>
              <w:spacing w:line="240" w:lineRule="auto"/>
              <w:rPr>
                <w:rFonts w:ascii="微軟正黑體" w:eastAsia="微軟正黑體" w:hAnsi="微軟正黑體" w:hint="eastAsia"/>
                <w:color w:val="000000" w:themeColor="text1"/>
                <w:lang w:eastAsia="zh-TW"/>
              </w:rPr>
            </w:pP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走遊客步道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不走列車專用道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跟隊、不餵食</w:t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br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sym w:font="Wingdings 2" w:char="F0A3"/>
            </w:r>
            <w:r w:rsidRPr="001535E6">
              <w:rPr>
                <w:rFonts w:ascii="微軟正黑體" w:eastAsia="微軟正黑體" w:hAnsi="微軟正黑體"/>
                <w:b/>
                <w:bCs/>
                <w:color w:val="000000" w:themeColor="text1"/>
                <w:lang w:eastAsia="zh-TW"/>
              </w:rPr>
              <w:t>不拍打玻璃</w:t>
            </w:r>
          </w:p>
        </w:tc>
        <w:tc>
          <w:tcPr>
            <w:tcW w:w="4847" w:type="dxa"/>
          </w:tcPr>
          <w:p w14:paraId="1B3A5E44" w14:textId="35C21E97" w:rsidR="00F24D77" w:rsidRDefault="00267AE7">
            <w:pPr>
              <w:snapToGrid w:val="0"/>
              <w:rPr>
                <w:lang w:eastAsia="zh-TW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3711A8D" wp14:editId="4DAB35DA">
                  <wp:simplePos x="0" y="0"/>
                  <wp:positionH relativeFrom="column">
                    <wp:posOffset>-1566545</wp:posOffset>
                  </wp:positionH>
                  <wp:positionV relativeFrom="paragraph">
                    <wp:posOffset>-6350</wp:posOffset>
                  </wp:positionV>
                  <wp:extent cx="4880610" cy="6198870"/>
                  <wp:effectExtent l="19050" t="19050" r="15240" b="1143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0724" cy="619901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F5BA906" w14:textId="77777777" w:rsidR="00267AE7" w:rsidRDefault="00267AE7">
      <w:pPr>
        <w:snapToGrid w:val="0"/>
        <w:rPr>
          <w:lang w:eastAsia="zh-TW"/>
        </w:rPr>
      </w:pPr>
    </w:p>
    <w:p w14:paraId="7954D8FD" w14:textId="77777777" w:rsidR="00267AE7" w:rsidRDefault="00267AE7">
      <w:pPr>
        <w:snapToGrid w:val="0"/>
        <w:rPr>
          <w:lang w:eastAsia="zh-TW"/>
        </w:rPr>
      </w:pPr>
    </w:p>
    <w:p w14:paraId="188A597E" w14:textId="77777777" w:rsidR="00267AE7" w:rsidRDefault="00267AE7">
      <w:pPr>
        <w:snapToGrid w:val="0"/>
        <w:rPr>
          <w:lang w:eastAsia="zh-TW"/>
        </w:rPr>
      </w:pPr>
    </w:p>
    <w:p w14:paraId="760E2EFF" w14:textId="04040CE9" w:rsidR="00F24D77" w:rsidRPr="00267AE7" w:rsidRDefault="00FE23EA" w:rsidP="00267AE7">
      <w:pPr>
        <w:snapToGrid w:val="0"/>
        <w:jc w:val="center"/>
        <w:rPr>
          <w:rFonts w:ascii="微軟正黑體" w:eastAsia="微軟正黑體" w:hAnsi="微軟正黑體"/>
          <w:b/>
          <w:bCs/>
          <w:color w:val="000000" w:themeColor="text1"/>
          <w:sz w:val="24"/>
          <w:szCs w:val="24"/>
          <w:lang w:eastAsia="zh-TW"/>
        </w:rPr>
      </w:pPr>
      <w:r w:rsidRPr="00267AE7">
        <w:rPr>
          <w:rFonts w:ascii="微軟正黑體" w:eastAsia="微軟正黑體" w:hAnsi="微軟正黑體"/>
          <w:b/>
          <w:bCs/>
          <w:color w:val="000000" w:themeColor="text1"/>
          <w:sz w:val="24"/>
          <w:szCs w:val="24"/>
          <w:lang w:eastAsia="zh-TW"/>
        </w:rPr>
        <w:t>地圖：臺北市立動物園官網（</w:t>
      </w:r>
      <w:r w:rsidRPr="00267AE7">
        <w:rPr>
          <w:rFonts w:ascii="微軟正黑體" w:eastAsia="微軟正黑體" w:hAnsi="微軟正黑體"/>
          <w:b/>
          <w:bCs/>
          <w:color w:val="000000" w:themeColor="text1"/>
          <w:sz w:val="24"/>
          <w:szCs w:val="24"/>
          <w:lang w:eastAsia="zh-TW"/>
        </w:rPr>
        <w:t>115.10.05</w:t>
      </w:r>
      <w:r w:rsidRPr="00267AE7">
        <w:rPr>
          <w:rFonts w:ascii="微軟正黑體" w:eastAsia="微軟正黑體" w:hAnsi="微軟正黑體"/>
          <w:b/>
          <w:bCs/>
          <w:color w:val="000000" w:themeColor="text1"/>
          <w:sz w:val="24"/>
          <w:szCs w:val="24"/>
          <w:lang w:eastAsia="zh-TW"/>
        </w:rPr>
        <w:t>更新）</w:t>
      </w:r>
    </w:p>
    <w:p w14:paraId="192DDE02" w14:textId="174A1956" w:rsidR="00F24D77" w:rsidRDefault="00F24D77">
      <w:pPr>
        <w:snapToGrid w:val="0"/>
        <w:rPr>
          <w:lang w:eastAsia="zh-TW"/>
        </w:rPr>
      </w:pPr>
    </w:p>
    <w:p w14:paraId="1FB43634" w14:textId="62DDD11B" w:rsidR="00F24D77" w:rsidRPr="00267AE7" w:rsidRDefault="00FE23EA" w:rsidP="00267AE7">
      <w:pPr>
        <w:pStyle w:val="aa"/>
        <w:snapToGrid w:val="0"/>
        <w:jc w:val="center"/>
        <w:rPr>
          <w:rFonts w:ascii="微軟正黑體" w:eastAsia="微軟正黑體" w:hAnsi="微軟正黑體"/>
          <w:color w:val="000000" w:themeColor="text1"/>
          <w:lang w:eastAsia="zh-TW"/>
        </w:rPr>
      </w:pPr>
      <w:r w:rsidRPr="00267AE7">
        <w:rPr>
          <w:rFonts w:ascii="微軟正黑體" w:eastAsia="微軟正黑體" w:hAnsi="微軟正黑體"/>
          <w:color w:val="000000" w:themeColor="text1"/>
          <w:lang w:eastAsia="zh-TW"/>
        </w:rPr>
        <w:lastRenderedPageBreak/>
        <w:t>小橘子動物園探索任務單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第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2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張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 xml:space="preserve">  </w:t>
      </w:r>
      <w:r w:rsidRPr="00267AE7">
        <w:rPr>
          <w:rFonts w:ascii="微軟正黑體" w:eastAsia="微軟正黑體" w:hAnsi="微軟正黑體"/>
          <w:color w:val="000000" w:themeColor="text1"/>
          <w:sz w:val="32"/>
          <w:lang w:eastAsia="zh-TW"/>
        </w:rPr>
        <w:t>動物觀察與回家分享</w:t>
      </w:r>
    </w:p>
    <w:p w14:paraId="7BDCDB81" w14:textId="77777777" w:rsidR="00267AE7" w:rsidRDefault="00267AE7" w:rsidP="00267AE7">
      <w:pPr>
        <w:snapToGrid w:val="0"/>
        <w:jc w:val="center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303班　座號：____　姓名：____________</w:t>
      </w:r>
    </w:p>
    <w:p w14:paraId="3A62E85E" w14:textId="3C3DC0CA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color w:val="000000" w:themeColor="text1"/>
          <w:lang w:eastAsia="zh-TW"/>
        </w:rPr>
      </w:pPr>
      <w:r w:rsidRPr="00267AE7">
        <w:rPr>
          <w:rFonts w:ascii="微軟正黑體" w:eastAsia="微軟正黑體" w:hAnsi="微軟正黑體"/>
          <w:b/>
          <w:bCs/>
          <w:color w:val="000000" w:themeColor="text1"/>
          <w:lang w:eastAsia="zh-TW"/>
        </w:rPr>
        <w:t>先觀察、再讀牌，在安全處記錄。未見動物，</w:t>
      </w:r>
      <w:r w:rsidRPr="00267AE7">
        <w:rPr>
          <w:rFonts w:ascii="微軟正黑體" w:eastAsia="微軟正黑體" w:hAnsi="微軟正黑體"/>
          <w:b/>
          <w:bCs/>
          <w:color w:val="000000" w:themeColor="text1"/>
          <w:lang w:eastAsia="zh-TW"/>
        </w:rPr>
        <w:t>可讀解說牌完成，並註明「未觀察到」。</w:t>
      </w:r>
    </w:p>
    <w:p w14:paraId="7F7933F0" w14:textId="1D5343C3" w:rsidR="00F24D77" w:rsidRPr="00267AE7" w:rsidRDefault="00FE23EA">
      <w:pPr>
        <w:pStyle w:val="21"/>
        <w:snapToGrid w:val="0"/>
        <w:rPr>
          <w:rFonts w:ascii="微軟正黑體" w:eastAsia="微軟正黑體" w:hAnsi="微軟正黑體"/>
          <w:lang w:eastAsia="zh-TW"/>
        </w:rPr>
      </w:pPr>
      <w:r w:rsidRPr="00267AE7">
        <w:rPr>
          <w:rFonts w:ascii="微軟正黑體" w:eastAsia="微軟正黑體" w:hAnsi="微軟正黑體"/>
          <w:lang w:eastAsia="zh-TW"/>
        </w:rPr>
        <w:t>第</w:t>
      </w:r>
      <w:r w:rsidRPr="00267AE7">
        <w:rPr>
          <w:rFonts w:ascii="微軟正黑體" w:eastAsia="微軟正黑體" w:hAnsi="微軟正黑體"/>
          <w:lang w:eastAsia="zh-TW"/>
        </w:rPr>
        <w:t>1</w:t>
      </w:r>
      <w:r w:rsidRPr="00267AE7">
        <w:rPr>
          <w:rFonts w:ascii="微軟正黑體" w:eastAsia="微軟正黑體" w:hAnsi="微軟正黑體"/>
          <w:lang w:eastAsia="zh-TW"/>
        </w:rPr>
        <w:t>站</w:t>
      </w:r>
      <w:r w:rsidRPr="00267AE7">
        <w:rPr>
          <w:rFonts w:ascii="微軟正黑體" w:eastAsia="微軟正黑體" w:hAnsi="微軟正黑體"/>
          <w:lang w:eastAsia="zh-TW"/>
        </w:rPr>
        <w:t xml:space="preserve">  </w:t>
      </w:r>
      <w:r w:rsidRPr="00267AE7">
        <w:rPr>
          <w:rFonts w:ascii="微軟正黑體" w:eastAsia="微軟正黑體" w:hAnsi="微軟正黑體"/>
          <w:lang w:eastAsia="zh-TW"/>
        </w:rPr>
        <w:t>企鵝館</w:t>
      </w:r>
      <w:r w:rsidR="001535E6">
        <w:rPr>
          <w:rFonts w:ascii="微軟正黑體" w:eastAsia="微軟正黑體" w:hAnsi="微軟正黑體" w:hint="eastAsia"/>
          <w:lang w:eastAsia="zh-TW"/>
        </w:rPr>
        <w:t>—</w:t>
      </w:r>
      <w:r w:rsidRPr="00267AE7">
        <w:rPr>
          <w:rFonts w:ascii="微軟正黑體" w:eastAsia="微軟正黑體" w:hAnsi="微軟正黑體"/>
          <w:lang w:eastAsia="zh-TW"/>
        </w:rPr>
        <w:t>動作小偵探</w:t>
      </w:r>
    </w:p>
    <w:p w14:paraId="67CA7D90" w14:textId="1778F171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我認識了：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國王企鵝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>黑腳企鵝</w:t>
      </w:r>
    </w:p>
    <w:p w14:paraId="5E3FF56C" w14:textId="11E670CC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牠在：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游泳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走路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休息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>未觀察到</w:t>
      </w:r>
    </w:p>
    <w:p w14:paraId="56B71097" w14:textId="77777777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翅膀或腳的特色：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______________________</w:t>
      </w:r>
    </w:p>
    <w:p w14:paraId="48046153" w14:textId="3EC2AEFC" w:rsidR="00F24D77" w:rsidRPr="00267AE7" w:rsidRDefault="00FE23EA">
      <w:pPr>
        <w:pStyle w:val="21"/>
        <w:snapToGrid w:val="0"/>
        <w:rPr>
          <w:rFonts w:ascii="微軟正黑體" w:eastAsia="微軟正黑體" w:hAnsi="微軟正黑體"/>
          <w:lang w:eastAsia="zh-TW"/>
        </w:rPr>
      </w:pPr>
      <w:r w:rsidRPr="00267AE7">
        <w:rPr>
          <w:rFonts w:ascii="微軟正黑體" w:eastAsia="微軟正黑體" w:hAnsi="微軟正黑體"/>
          <w:lang w:eastAsia="zh-TW"/>
        </w:rPr>
        <w:t>第</w:t>
      </w:r>
      <w:r w:rsidRPr="00267AE7">
        <w:rPr>
          <w:rFonts w:ascii="微軟正黑體" w:eastAsia="微軟正黑體" w:hAnsi="微軟正黑體"/>
          <w:lang w:eastAsia="zh-TW"/>
        </w:rPr>
        <w:t>2</w:t>
      </w:r>
      <w:r w:rsidRPr="00267AE7">
        <w:rPr>
          <w:rFonts w:ascii="微軟正黑體" w:eastAsia="微軟正黑體" w:hAnsi="微軟正黑體"/>
          <w:lang w:eastAsia="zh-TW"/>
        </w:rPr>
        <w:t>站</w:t>
      </w:r>
      <w:r w:rsidRPr="00267AE7">
        <w:rPr>
          <w:rFonts w:ascii="微軟正黑體" w:eastAsia="微軟正黑體" w:hAnsi="微軟正黑體"/>
          <w:lang w:eastAsia="zh-TW"/>
        </w:rPr>
        <w:t xml:space="preserve">  </w:t>
      </w:r>
      <w:r w:rsidRPr="00267AE7">
        <w:rPr>
          <w:rFonts w:ascii="微軟正黑體" w:eastAsia="微軟正黑體" w:hAnsi="微軟正黑體"/>
          <w:lang w:eastAsia="zh-TW"/>
        </w:rPr>
        <w:t>溫帶動物區</w:t>
      </w:r>
      <w:r w:rsidR="001535E6">
        <w:rPr>
          <w:rFonts w:ascii="微軟正黑體" w:eastAsia="微軟正黑體" w:hAnsi="微軟正黑體" w:hint="eastAsia"/>
          <w:lang w:eastAsia="zh-TW"/>
        </w:rPr>
        <w:t>—</w:t>
      </w:r>
      <w:r w:rsidRPr="00267AE7">
        <w:rPr>
          <w:rFonts w:ascii="微軟正黑體" w:eastAsia="微軟正黑體" w:hAnsi="微軟正黑體"/>
          <w:lang w:eastAsia="zh-TW"/>
        </w:rPr>
        <w:t>身體的祕密</w:t>
      </w:r>
    </w:p>
    <w:p w14:paraId="6B167947" w14:textId="77777777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選一種動物，畫出特色，再用箭頭指向它。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F24D77" w:rsidRPr="00267AE7" w14:paraId="63A34838" w14:textId="77777777" w:rsidTr="00267AE7">
        <w:tc>
          <w:tcPr>
            <w:tcW w:w="4847" w:type="dxa"/>
          </w:tcPr>
          <w:p w14:paraId="5837879C" w14:textId="77777777" w:rsidR="00F24D77" w:rsidRPr="00267AE7" w:rsidRDefault="00FE23EA">
            <w:pPr>
              <w:snapToGrid w:val="0"/>
              <w:rPr>
                <w:rFonts w:ascii="微軟正黑體" w:eastAsia="微軟正黑體" w:hAnsi="微軟正黑體"/>
                <w:b/>
                <w:bCs/>
              </w:rPr>
            </w:pPr>
            <w:r w:rsidRPr="00267AE7">
              <w:rPr>
                <w:rFonts w:ascii="微軟正黑體" w:eastAsia="微軟正黑體" w:hAnsi="微軟正黑體"/>
                <w:b/>
                <w:bCs/>
              </w:rPr>
              <w:t>我的觀察小畫</w:t>
            </w:r>
          </w:p>
          <w:p w14:paraId="277A6D5A" w14:textId="77777777" w:rsidR="00F24D77" w:rsidRDefault="00FE23EA">
            <w:pPr>
              <w:snapToGrid w:val="0"/>
              <w:rPr>
                <w:rFonts w:ascii="微軟正黑體" w:eastAsia="微軟正黑體" w:hAnsi="微軟正黑體"/>
                <w:b/>
                <w:bCs/>
              </w:rPr>
            </w:pPr>
            <w:r w:rsidRPr="00267AE7">
              <w:rPr>
                <w:rFonts w:ascii="微軟正黑體" w:eastAsia="微軟正黑體" w:hAnsi="微軟正黑體"/>
                <w:b/>
                <w:bCs/>
              </w:rPr>
              <w:br/>
            </w:r>
            <w:r w:rsidRPr="00267AE7">
              <w:rPr>
                <w:rFonts w:ascii="微軟正黑體" w:eastAsia="微軟正黑體" w:hAnsi="微軟正黑體"/>
                <w:b/>
                <w:bCs/>
              </w:rPr>
              <w:br/>
            </w:r>
          </w:p>
          <w:p w14:paraId="0E8B496A" w14:textId="77777777" w:rsidR="00267AE7" w:rsidRDefault="00267AE7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</w:p>
          <w:p w14:paraId="6A3EC3DB" w14:textId="77777777" w:rsidR="00267AE7" w:rsidRDefault="00267AE7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</w:p>
          <w:p w14:paraId="655A5E63" w14:textId="77777777" w:rsidR="00267AE7" w:rsidRPr="00267AE7" w:rsidRDefault="00267AE7">
            <w:pPr>
              <w:snapToGrid w:val="0"/>
              <w:rPr>
                <w:rFonts w:ascii="微軟正黑體" w:eastAsia="微軟正黑體" w:hAnsi="微軟正黑體" w:hint="eastAsia"/>
                <w:b/>
                <w:bCs/>
                <w:lang w:eastAsia="zh-TW"/>
              </w:rPr>
            </w:pPr>
          </w:p>
        </w:tc>
        <w:tc>
          <w:tcPr>
            <w:tcW w:w="4847" w:type="dxa"/>
          </w:tcPr>
          <w:p w14:paraId="56E3D953" w14:textId="2985B1B5" w:rsidR="00F24D77" w:rsidRPr="00267AE7" w:rsidRDefault="00FE23EA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動物：</w:t>
            </w: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________________</w:t>
            </w:r>
            <w:r w:rsidR="00267AE7"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</w:t>
            </w:r>
          </w:p>
          <w:p w14:paraId="7E152B6D" w14:textId="73110F9C" w:rsidR="00F24D77" w:rsidRPr="00267AE7" w:rsidRDefault="00FE23EA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特色：</w:t>
            </w:r>
            <w:r w:rsidR="00267AE7"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_____________________________</w:t>
            </w:r>
          </w:p>
          <w:p w14:paraId="0D2FF27B" w14:textId="4E72456D" w:rsidR="00F24D77" w:rsidRPr="00267AE7" w:rsidRDefault="00267AE7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_____________________________</w:t>
            </w:r>
            <w:r w:rsidRPr="00267AE7">
              <w:rPr>
                <w:rFonts w:ascii="微軟正黑體" w:eastAsia="微軟正黑體" w:hAnsi="微軟正黑體"/>
                <w:b/>
                <w:bCs/>
              </w:rPr>
              <w:t>______</w:t>
            </w:r>
            <w:r w:rsidR="0075740A" w:rsidRPr="00267AE7">
              <w:rPr>
                <w:rFonts w:ascii="微軟正黑體" w:eastAsia="微軟正黑體" w:hAnsi="微軟正黑體"/>
                <w:b/>
                <w:bCs/>
              </w:rPr>
              <w:t>_</w:t>
            </w:r>
          </w:p>
          <w:p w14:paraId="22C3B440" w14:textId="77777777" w:rsidR="0075740A" w:rsidRPr="00267AE7" w:rsidRDefault="0075740A" w:rsidP="0075740A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_____________________________</w:t>
            </w:r>
            <w:r w:rsidRPr="00267AE7">
              <w:rPr>
                <w:rFonts w:ascii="微軟正黑體" w:eastAsia="微軟正黑體" w:hAnsi="微軟正黑體"/>
                <w:b/>
                <w:bCs/>
              </w:rPr>
              <w:t>_______</w:t>
            </w:r>
          </w:p>
          <w:p w14:paraId="48E6B000" w14:textId="77777777" w:rsidR="0075740A" w:rsidRPr="00267AE7" w:rsidRDefault="0075740A" w:rsidP="0075740A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_____________________________</w:t>
            </w:r>
            <w:r w:rsidRPr="00267AE7">
              <w:rPr>
                <w:rFonts w:ascii="微軟正黑體" w:eastAsia="微軟正黑體" w:hAnsi="微軟正黑體"/>
                <w:b/>
                <w:bCs/>
              </w:rPr>
              <w:t>_______</w:t>
            </w:r>
          </w:p>
          <w:p w14:paraId="3366170E" w14:textId="77777777" w:rsidR="0075740A" w:rsidRPr="00267AE7" w:rsidRDefault="0075740A" w:rsidP="0075740A">
            <w:pPr>
              <w:snapToGrid w:val="0"/>
              <w:rPr>
                <w:rFonts w:ascii="微軟正黑體" w:eastAsia="微軟正黑體" w:hAnsi="微軟正黑體"/>
                <w:b/>
                <w:bCs/>
                <w:lang w:eastAsia="zh-TW"/>
              </w:rPr>
            </w:pPr>
            <w:r w:rsidRPr="00267AE7">
              <w:rPr>
                <w:rFonts w:ascii="微軟正黑體" w:eastAsia="微軟正黑體" w:hAnsi="微軟正黑體"/>
                <w:b/>
                <w:bCs/>
                <w:lang w:eastAsia="zh-TW"/>
              </w:rPr>
              <w:t>_____________________________</w:t>
            </w:r>
            <w:r w:rsidRPr="00267AE7">
              <w:rPr>
                <w:rFonts w:ascii="微軟正黑體" w:eastAsia="微軟正黑體" w:hAnsi="微軟正黑體"/>
                <w:b/>
                <w:bCs/>
              </w:rPr>
              <w:t>_______</w:t>
            </w:r>
          </w:p>
          <w:p w14:paraId="03761228" w14:textId="54FAC50B" w:rsidR="00267AE7" w:rsidRPr="00267AE7" w:rsidRDefault="00267AE7">
            <w:pPr>
              <w:snapToGrid w:val="0"/>
              <w:rPr>
                <w:rFonts w:ascii="微軟正黑體" w:eastAsia="微軟正黑體" w:hAnsi="微軟正黑體" w:hint="eastAsia"/>
                <w:b/>
                <w:bCs/>
                <w:lang w:eastAsia="zh-TW"/>
              </w:rPr>
            </w:pPr>
          </w:p>
        </w:tc>
      </w:tr>
    </w:tbl>
    <w:p w14:paraId="0A167552" w14:textId="532E8DDC" w:rsidR="00F24D77" w:rsidRPr="00267AE7" w:rsidRDefault="00FE23EA">
      <w:pPr>
        <w:pStyle w:val="21"/>
        <w:snapToGrid w:val="0"/>
        <w:rPr>
          <w:rFonts w:ascii="微軟正黑體" w:eastAsia="微軟正黑體" w:hAnsi="微軟正黑體" w:hint="eastAsia"/>
          <w:lang w:eastAsia="zh-TW"/>
        </w:rPr>
      </w:pPr>
      <w:r w:rsidRPr="00267AE7">
        <w:rPr>
          <w:rFonts w:ascii="微軟正黑體" w:eastAsia="微軟正黑體" w:hAnsi="微軟正黑體"/>
          <w:lang w:eastAsia="zh-TW"/>
        </w:rPr>
        <w:t>第</w:t>
      </w:r>
      <w:r w:rsidRPr="00267AE7">
        <w:rPr>
          <w:rFonts w:ascii="微軟正黑體" w:eastAsia="微軟正黑體" w:hAnsi="微軟正黑體"/>
          <w:lang w:eastAsia="zh-TW"/>
        </w:rPr>
        <w:t>3</w:t>
      </w:r>
      <w:r w:rsidRPr="00267AE7">
        <w:rPr>
          <w:rFonts w:ascii="微軟正黑體" w:eastAsia="微軟正黑體" w:hAnsi="微軟正黑體"/>
          <w:lang w:eastAsia="zh-TW"/>
        </w:rPr>
        <w:t>站</w:t>
      </w:r>
      <w:r w:rsidRPr="00267AE7">
        <w:rPr>
          <w:rFonts w:ascii="微軟正黑體" w:eastAsia="微軟正黑體" w:hAnsi="微軟正黑體"/>
          <w:lang w:eastAsia="zh-TW"/>
        </w:rPr>
        <w:t xml:space="preserve">  </w:t>
      </w:r>
      <w:r w:rsidRPr="00267AE7">
        <w:rPr>
          <w:rFonts w:ascii="微軟正黑體" w:eastAsia="微軟正黑體" w:hAnsi="微軟正黑體"/>
          <w:lang w:eastAsia="zh-TW"/>
        </w:rPr>
        <w:t>非洲動物區</w:t>
      </w:r>
      <w:r w:rsidR="001535E6">
        <w:rPr>
          <w:rFonts w:ascii="微軟正黑體" w:eastAsia="微軟正黑體" w:hAnsi="微軟正黑體" w:hint="eastAsia"/>
          <w:lang w:eastAsia="zh-TW"/>
        </w:rPr>
        <w:t>—</w:t>
      </w:r>
      <w:r w:rsidRPr="00267AE7">
        <w:rPr>
          <w:rFonts w:ascii="微軟正黑體" w:eastAsia="微軟正黑體" w:hAnsi="微軟正黑體"/>
          <w:lang w:eastAsia="zh-TW"/>
        </w:rPr>
        <w:t>動物與環</w:t>
      </w:r>
      <w:r w:rsidRPr="00267AE7">
        <w:rPr>
          <w:rFonts w:ascii="微軟正黑體" w:eastAsia="微軟正黑體" w:hAnsi="微軟正黑體"/>
          <w:lang w:eastAsia="zh-TW"/>
        </w:rPr>
        <w:t>境</w:t>
      </w:r>
    </w:p>
    <w:p w14:paraId="1A9F90A0" w14:textId="1D97F2C6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動物：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>__</w:t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　牠在做什麼？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</w:t>
      </w:r>
    </w:p>
    <w:p w14:paraId="767C08B0" w14:textId="131243FE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展場有：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草地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樹蔭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水池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>其他</w:t>
      </w:r>
    </w:p>
    <w:p w14:paraId="0F663B7B" w14:textId="02313020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選一項，它</w:t>
      </w:r>
      <w:r w:rsidR="005327D2">
        <w:rPr>
          <w:rFonts w:ascii="微軟正黑體" w:eastAsia="微軟正黑體" w:hAnsi="微軟正黑體" w:hint="eastAsia"/>
          <w:b/>
          <w:bCs/>
          <w:lang w:eastAsia="zh-TW"/>
        </w:rPr>
        <w:t>能如何</w:t>
      </w:r>
      <w:r w:rsidRPr="00267AE7">
        <w:rPr>
          <w:rFonts w:ascii="微軟正黑體" w:eastAsia="微軟正黑體" w:hAnsi="微軟正黑體"/>
          <w:b/>
          <w:bCs/>
          <w:lang w:eastAsia="zh-TW"/>
        </w:rPr>
        <w:t>幫助動物生活？</w:t>
      </w:r>
      <w:r w:rsidRPr="00267AE7">
        <w:rPr>
          <w:rFonts w:ascii="微軟正黑體" w:eastAsia="微軟正黑體" w:hAnsi="微軟正黑體"/>
          <w:b/>
          <w:bCs/>
          <w:lang w:eastAsia="zh-TW"/>
        </w:rPr>
        <w:br/>
        <w:t>______________________________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________________________________________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</w:t>
      </w:r>
    </w:p>
    <w:p w14:paraId="600494C1" w14:textId="0BF31EDF" w:rsidR="00F24D77" w:rsidRPr="00267AE7" w:rsidRDefault="00FE23EA">
      <w:pPr>
        <w:pStyle w:val="21"/>
        <w:snapToGrid w:val="0"/>
        <w:rPr>
          <w:rFonts w:ascii="微軟正黑體" w:eastAsia="微軟正黑體" w:hAnsi="微軟正黑體"/>
          <w:lang w:eastAsia="zh-TW"/>
        </w:rPr>
      </w:pPr>
      <w:r w:rsidRPr="00267AE7">
        <w:rPr>
          <w:rFonts w:ascii="微軟正黑體" w:eastAsia="微軟正黑體" w:hAnsi="微軟正黑體"/>
          <w:lang w:eastAsia="zh-TW"/>
        </w:rPr>
        <w:t>第</w:t>
      </w:r>
      <w:r w:rsidRPr="00267AE7">
        <w:rPr>
          <w:rFonts w:ascii="微軟正黑體" w:eastAsia="微軟正黑體" w:hAnsi="微軟正黑體"/>
          <w:lang w:eastAsia="zh-TW"/>
        </w:rPr>
        <w:t>4</w:t>
      </w:r>
      <w:r w:rsidRPr="00267AE7">
        <w:rPr>
          <w:rFonts w:ascii="微軟正黑體" w:eastAsia="微軟正黑體" w:hAnsi="微軟正黑體"/>
          <w:lang w:eastAsia="zh-TW"/>
        </w:rPr>
        <w:t>站</w:t>
      </w:r>
      <w:r w:rsidRPr="00267AE7">
        <w:rPr>
          <w:rFonts w:ascii="微軟正黑體" w:eastAsia="微軟正黑體" w:hAnsi="微軟正黑體"/>
          <w:lang w:eastAsia="zh-TW"/>
        </w:rPr>
        <w:t xml:space="preserve">  </w:t>
      </w:r>
      <w:r w:rsidRPr="00267AE7">
        <w:rPr>
          <w:rFonts w:ascii="微軟正黑體" w:eastAsia="微軟正黑體" w:hAnsi="微軟正黑體"/>
          <w:lang w:eastAsia="zh-TW"/>
        </w:rPr>
        <w:t>兒童動物區</w:t>
      </w:r>
      <w:r w:rsidRPr="00267AE7">
        <w:rPr>
          <w:rFonts w:ascii="微軟正黑體" w:eastAsia="微軟正黑體" w:hAnsi="微軟正黑體"/>
          <w:lang w:eastAsia="zh-TW"/>
        </w:rPr>
        <w:t xml:space="preserve"> </w:t>
      </w:r>
      <w:r w:rsidR="001535E6">
        <w:rPr>
          <w:rFonts w:ascii="微軟正黑體" w:eastAsia="微軟正黑體" w:hAnsi="微軟正黑體" w:hint="eastAsia"/>
          <w:lang w:eastAsia="zh-TW"/>
        </w:rPr>
        <w:t>—</w:t>
      </w:r>
      <w:r w:rsidR="001535E6">
        <w:rPr>
          <w:rFonts w:ascii="微軟正黑體" w:eastAsia="微軟正黑體" w:hAnsi="微軟正黑體" w:hint="eastAsia"/>
          <w:lang w:eastAsia="zh-TW"/>
        </w:rPr>
        <w:t>友善的參觀者</w:t>
      </w:r>
    </w:p>
    <w:p w14:paraId="2ACB9D5C" w14:textId="611FD76A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動物：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</w:t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　牠的特徵：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</w:t>
      </w:r>
    </w:p>
    <w:p w14:paraId="6060A5D1" w14:textId="001FB045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我做到：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安靜觀察　</w:t>
      </w:r>
      <w:r w:rsidR="00267AE7">
        <w:rPr>
          <w:rFonts w:ascii="微軟正黑體" w:eastAsia="微軟正黑體" w:hAnsi="微軟正黑體" w:hint="eastAsia"/>
          <w:b/>
          <w:bCs/>
          <w:lang w:eastAsia="zh-TW"/>
        </w:rPr>
        <w:t xml:space="preserve">    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>不餵食</w:t>
      </w:r>
      <w:r w:rsidRPr="00267AE7">
        <w:rPr>
          <w:rFonts w:ascii="微軟正黑體" w:eastAsia="微軟正黑體" w:hAnsi="微軟正黑體"/>
          <w:b/>
          <w:bCs/>
          <w:lang w:eastAsia="zh-TW"/>
        </w:rPr>
        <w:br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　　　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不追逐動物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Pr="00267AE7">
        <w:rPr>
          <w:rFonts w:ascii="微軟正黑體" w:eastAsia="微軟正黑體" w:hAnsi="微軟正黑體"/>
          <w:b/>
          <w:bCs/>
          <w:lang w:eastAsia="zh-TW"/>
        </w:rPr>
        <w:t>垃圾帶走</w:t>
      </w:r>
    </w:p>
    <w:p w14:paraId="76C62321" w14:textId="15B5F191" w:rsidR="00F24D77" w:rsidRPr="00267AE7" w:rsidRDefault="00FE23EA">
      <w:pPr>
        <w:pStyle w:val="21"/>
        <w:snapToGrid w:val="0"/>
        <w:rPr>
          <w:rFonts w:ascii="微軟正黑體" w:eastAsia="微軟正黑體" w:hAnsi="微軟正黑體"/>
          <w:lang w:eastAsia="zh-TW"/>
        </w:rPr>
      </w:pPr>
      <w:r w:rsidRPr="00267AE7">
        <w:rPr>
          <w:rFonts w:ascii="微軟正黑體" w:eastAsia="微軟正黑體" w:hAnsi="微軟正黑體"/>
          <w:lang w:eastAsia="zh-TW"/>
        </w:rPr>
        <w:t>回家分享</w:t>
      </w:r>
      <w:r w:rsidR="001535E6">
        <w:rPr>
          <w:rFonts w:ascii="微軟正黑體" w:eastAsia="微軟正黑體" w:hAnsi="微軟正黑體" w:hint="eastAsia"/>
          <w:lang w:eastAsia="zh-TW"/>
        </w:rPr>
        <w:t>—</w:t>
      </w:r>
      <w:r w:rsidRPr="00267AE7">
        <w:rPr>
          <w:rFonts w:ascii="微軟正黑體" w:eastAsia="微軟正黑體" w:hAnsi="微軟正黑體"/>
          <w:lang w:eastAsia="zh-TW"/>
        </w:rPr>
        <w:t>把發現帶回家</w:t>
      </w:r>
    </w:p>
    <w:p w14:paraId="7D2462DF" w14:textId="77777777" w:rsid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今天最驚喜的發現：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______________________________________________________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br/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__________________________________________________________________________</w:t>
      </w:r>
    </w:p>
    <w:p w14:paraId="423AFF8C" w14:textId="1E8C083A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家長簽閱：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t xml:space="preserve">　日期：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________</w:t>
      </w:r>
    </w:p>
    <w:p w14:paraId="6C6A6C88" w14:textId="6B92992F" w:rsidR="00F24D77" w:rsidRPr="00267AE7" w:rsidRDefault="00FE23EA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家長回饋</w:t>
      </w:r>
      <w:r w:rsidR="00267AE7">
        <w:rPr>
          <w:rFonts w:ascii="微軟正黑體" w:eastAsia="微軟正黑體" w:hAnsi="微軟正黑體" w:hint="eastAsia"/>
          <w:b/>
          <w:bCs/>
          <w:lang w:eastAsia="zh-TW"/>
        </w:rPr>
        <w:t>：</w:t>
      </w:r>
      <w:r w:rsidRPr="00267AE7">
        <w:rPr>
          <w:rFonts w:ascii="微軟正黑體" w:eastAsia="微軟正黑體" w:hAnsi="微軟正黑體"/>
          <w:b/>
          <w:bCs/>
          <w:lang w:eastAsia="zh-TW"/>
        </w:rPr>
        <w:t>聽完分享，請給孩子鼓勵：</w:t>
      </w:r>
      <w:r w:rsidRPr="00267AE7">
        <w:rPr>
          <w:rFonts w:ascii="微軟正黑體" w:eastAsia="微軟正黑體" w:hAnsi="微軟正黑體"/>
          <w:b/>
          <w:bCs/>
          <w:lang w:eastAsia="zh-TW"/>
        </w:rPr>
        <w:br/>
        <w:t>__________________________________</w:t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___________________________________________</w:t>
      </w:r>
      <w:r w:rsidRPr="00267AE7">
        <w:rPr>
          <w:rFonts w:ascii="微軟正黑體" w:eastAsia="微軟正黑體" w:hAnsi="微軟正黑體"/>
          <w:b/>
          <w:bCs/>
          <w:lang w:eastAsia="zh-TW"/>
        </w:rPr>
        <w:br/>
      </w:r>
      <w:r w:rsidR="00267AE7" w:rsidRPr="00267AE7">
        <w:rPr>
          <w:rFonts w:ascii="微軟正黑體" w:eastAsia="微軟正黑體" w:hAnsi="微軟正黑體"/>
          <w:b/>
          <w:bCs/>
          <w:lang w:eastAsia="zh-TW"/>
        </w:rPr>
        <w:t>_____________________________________________________________________________</w:t>
      </w:r>
    </w:p>
    <w:p w14:paraId="49D292F8" w14:textId="2356D02A" w:rsidR="00F24D77" w:rsidRPr="00267AE7" w:rsidRDefault="00D43D81">
      <w:pPr>
        <w:snapToGrid w:val="0"/>
        <w:rPr>
          <w:rFonts w:ascii="微軟正黑體" w:eastAsia="微軟正黑體" w:hAnsi="微軟正黑體"/>
          <w:b/>
          <w:bCs/>
          <w:lang w:eastAsia="zh-TW"/>
        </w:rPr>
      </w:pPr>
      <w:r>
        <w:rPr>
          <w:rFonts w:ascii="微軟正黑體" w:eastAsia="微軟正黑體" w:hAnsi="微軟正黑體" w:hint="eastAsia"/>
          <w:b/>
          <w:bCs/>
          <w:lang w:eastAsia="zh-TW"/>
        </w:rPr>
        <w:t>小芬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老師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評分</w:t>
      </w:r>
      <w:r w:rsidR="00AA0856">
        <w:rPr>
          <w:rFonts w:ascii="微軟正黑體" w:eastAsia="微軟正黑體" w:hAnsi="微軟正黑體" w:hint="eastAsia"/>
          <w:b/>
          <w:bCs/>
          <w:lang w:eastAsia="zh-TW"/>
        </w:rPr>
        <w:t>區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（最多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5</w:t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 xml:space="preserve">顆）　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 xml:space="preserve">☆ 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 xml:space="preserve">☆ 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 xml:space="preserve">☆ 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 xml:space="preserve">☆ </w:t>
      </w:r>
      <w:r w:rsidR="00267AE7">
        <w:rPr>
          <w:rFonts w:ascii="微軟正黑體" w:eastAsia="微軟正黑體" w:hAnsi="微軟正黑體"/>
          <w:b/>
          <w:bCs/>
          <w:lang w:eastAsia="zh-TW"/>
        </w:rPr>
        <w:sym w:font="Wingdings 2" w:char="F0A3"/>
      </w:r>
      <w:r w:rsidR="00FE23EA" w:rsidRPr="00267AE7">
        <w:rPr>
          <w:rFonts w:ascii="微軟正黑體" w:eastAsia="微軟正黑體" w:hAnsi="微軟正黑體"/>
          <w:b/>
          <w:bCs/>
          <w:lang w:eastAsia="zh-TW"/>
        </w:rPr>
        <w:t>☆</w:t>
      </w:r>
    </w:p>
    <w:p w14:paraId="2E5D0DC9" w14:textId="77777777" w:rsidR="00F24D77" w:rsidRPr="00267AE7" w:rsidRDefault="00FE23EA" w:rsidP="00267AE7">
      <w:pPr>
        <w:snapToGrid w:val="0"/>
        <w:ind w:firstLineChars="600" w:firstLine="1680"/>
        <w:jc w:val="center"/>
        <w:rPr>
          <w:rFonts w:ascii="微軟正黑體" w:eastAsia="微軟正黑體" w:hAnsi="微軟正黑體"/>
          <w:b/>
          <w:bCs/>
          <w:lang w:eastAsia="zh-TW"/>
        </w:rPr>
      </w:pPr>
      <w:r w:rsidRPr="00267AE7">
        <w:rPr>
          <w:rFonts w:ascii="微軟正黑體" w:eastAsia="微軟正黑體" w:hAnsi="微軟正黑體"/>
          <w:b/>
          <w:bCs/>
          <w:lang w:eastAsia="zh-TW"/>
        </w:rPr>
        <w:t>資料：臺北市立動物園官網　查核</w:t>
      </w:r>
      <w:r w:rsidRPr="00267AE7">
        <w:rPr>
          <w:rFonts w:ascii="微軟正黑體" w:eastAsia="微軟正黑體" w:hAnsi="微軟正黑體"/>
          <w:b/>
          <w:bCs/>
          <w:lang w:eastAsia="zh-TW"/>
        </w:rPr>
        <w:t>115.10.16</w:t>
      </w:r>
    </w:p>
    <w:sectPr w:rsidR="00F24D77" w:rsidRPr="00267AE7" w:rsidSect="00034616">
      <w:headerReference w:type="default" r:id="rId9"/>
      <w:footerReference w:type="default" r:id="rId10"/>
      <w:pgSz w:w="11906" w:h="16838"/>
      <w:pgMar w:top="1276" w:right="1106" w:bottom="1134" w:left="1106" w:header="0" w:footer="9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F6423" w14:textId="77777777" w:rsidR="00FE23EA" w:rsidRDefault="00FE23EA">
      <w:pPr>
        <w:spacing w:after="0" w:line="240" w:lineRule="auto"/>
      </w:pPr>
      <w:r>
        <w:separator/>
      </w:r>
    </w:p>
  </w:endnote>
  <w:endnote w:type="continuationSeparator" w:id="0">
    <w:p w14:paraId="05892CDB" w14:textId="77777777" w:rsidR="00FE23EA" w:rsidRDefault="00FE2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jf open 粉圓 2.1">
    <w:altName w:val="新細明體"/>
    <w:panose1 w:val="00000000000000000000"/>
    <w:charset w:val="88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39941" w14:textId="77777777" w:rsidR="00F24D77" w:rsidRPr="00267AE7" w:rsidRDefault="00FE23EA">
    <w:pPr>
      <w:pStyle w:val="a7"/>
      <w:jc w:val="center"/>
      <w:rPr>
        <w:rFonts w:ascii="微軟正黑體" w:eastAsia="微軟正黑體" w:hAnsi="微軟正黑體"/>
        <w:b/>
        <w:bCs/>
        <w:sz w:val="24"/>
        <w:szCs w:val="24"/>
      </w:rPr>
    </w:pPr>
    <w:r w:rsidRPr="00267AE7">
      <w:rPr>
        <w:rFonts w:ascii="微軟正黑體" w:eastAsia="微軟正黑體" w:hAnsi="微軟正黑體"/>
        <w:b/>
        <w:bCs/>
        <w:sz w:val="24"/>
        <w:szCs w:val="24"/>
      </w:rPr>
      <w:t>設計</w:t>
    </w:r>
    <w:r w:rsidRPr="00267AE7">
      <w:rPr>
        <w:rFonts w:ascii="微軟正黑體" w:eastAsia="微軟正黑體" w:hAnsi="微軟正黑體"/>
        <w:b/>
        <w:bCs/>
        <w:sz w:val="24"/>
        <w:szCs w:val="24"/>
      </w:rPr>
      <w:t>/</w:t>
    </w:r>
    <w:r w:rsidRPr="00267AE7">
      <w:rPr>
        <w:rFonts w:ascii="微軟正黑體" w:eastAsia="微軟正黑體" w:hAnsi="微軟正黑體"/>
        <w:b/>
        <w:bCs/>
        <w:sz w:val="24"/>
        <w:szCs w:val="24"/>
      </w:rPr>
      <w:t>鄭雅芬老師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62914" w14:textId="77777777" w:rsidR="00FE23EA" w:rsidRDefault="00FE23EA">
      <w:pPr>
        <w:spacing w:after="0" w:line="240" w:lineRule="auto"/>
      </w:pPr>
      <w:r>
        <w:separator/>
      </w:r>
    </w:p>
  </w:footnote>
  <w:footnote w:type="continuationSeparator" w:id="0">
    <w:p w14:paraId="093D1448" w14:textId="77777777" w:rsidR="00FE23EA" w:rsidRDefault="00FE2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DA78E" w14:textId="77777777" w:rsidR="00F24D77" w:rsidRDefault="00FE23EA">
    <w:pPr>
      <w:pStyle w:val="a5"/>
    </w:pPr>
    <w:r>
      <w:rPr>
        <w:noProof/>
      </w:rPr>
      <w:drawing>
        <wp:anchor distT="0" distB="0" distL="0" distR="0" simplePos="0" relativeHeight="251658240" behindDoc="1" locked="0" layoutInCell="1" allowOverlap="1" wp14:anchorId="59BD09F5" wp14:editId="4433D3D2">
          <wp:simplePos x="0" y="0"/>
          <wp:positionH relativeFrom="page">
            <wp:posOffset>108000</wp:posOffset>
          </wp:positionH>
          <wp:positionV relativeFrom="page">
            <wp:posOffset>108000</wp:posOffset>
          </wp:positionV>
          <wp:extent cx="7343999" cy="104760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四周插圖邊框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43999" cy="104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9413380">
    <w:abstractNumId w:val="8"/>
  </w:num>
  <w:num w:numId="2" w16cid:durableId="846480676">
    <w:abstractNumId w:val="6"/>
  </w:num>
  <w:num w:numId="3" w16cid:durableId="946162529">
    <w:abstractNumId w:val="5"/>
  </w:num>
  <w:num w:numId="4" w16cid:durableId="622275857">
    <w:abstractNumId w:val="4"/>
  </w:num>
  <w:num w:numId="5" w16cid:durableId="299925399">
    <w:abstractNumId w:val="7"/>
  </w:num>
  <w:num w:numId="6" w16cid:durableId="623923224">
    <w:abstractNumId w:val="3"/>
  </w:num>
  <w:num w:numId="7" w16cid:durableId="405305684">
    <w:abstractNumId w:val="2"/>
  </w:num>
  <w:num w:numId="8" w16cid:durableId="1974366977">
    <w:abstractNumId w:val="1"/>
  </w:num>
  <w:num w:numId="9" w16cid:durableId="1575581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5E6"/>
    <w:rsid w:val="001B36AA"/>
    <w:rsid w:val="00267AE7"/>
    <w:rsid w:val="0029639D"/>
    <w:rsid w:val="00326F90"/>
    <w:rsid w:val="005327D2"/>
    <w:rsid w:val="0075740A"/>
    <w:rsid w:val="008606D6"/>
    <w:rsid w:val="00AA0856"/>
    <w:rsid w:val="00AA1D8D"/>
    <w:rsid w:val="00B47730"/>
    <w:rsid w:val="00CB0664"/>
    <w:rsid w:val="00D43D81"/>
    <w:rsid w:val="00F24D77"/>
    <w:rsid w:val="00FC693F"/>
    <w:rsid w:val="00FE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22C06B"/>
  <w14:defaultImageDpi w14:val="300"/>
  <w15:docId w15:val="{028BA7DB-80EA-41D7-BDDF-ABD20DA0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360" w:lineRule="exact"/>
    </w:pPr>
    <w:rPr>
      <w:rFonts w:ascii="jf open 粉圓 2.1" w:eastAsia="jf open 粉圓 2.1" w:hAnsi="jf open 粉圓 2.1"/>
      <w:color w:val="493324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line="420" w:lineRule="exact"/>
      <w:outlineLvl w:val="1"/>
    </w:pPr>
    <w:rPr>
      <w:rFonts w:asciiTheme="majorHAnsi" w:eastAsiaTheme="majorEastAsia" w:hAnsiTheme="majorHAnsi" w:cstheme="majorBidi"/>
      <w:b/>
      <w:bCs/>
      <w:color w:val="A44D16"/>
      <w:sz w:val="3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520" w:lineRule="exact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YaFen</cp:lastModifiedBy>
  <cp:revision>9</cp:revision>
  <dcterms:created xsi:type="dcterms:W3CDTF">2026-10-16T07:03:00Z</dcterms:created>
  <dcterms:modified xsi:type="dcterms:W3CDTF">2026-10-16T07:06:00Z</dcterms:modified>
  <cp:category/>
</cp:coreProperties>
</file>